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https://holzdach.bitbucket.io/039holzfassade/kategorien/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fassade/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