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https://holzdach.bitbucket.io/039wintergarten/kategorien/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wintergart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