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https://holzdach.bitbucket.io/040carport/carport-beleuchtung-stromanschluss-hamburg-planen/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40carport/carport-beleuchtung-stromanschluss-hamburg-plan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