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https://holzdach.bitbucket.io/040carport/kategorien/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carport/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