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https://holzdach.bitbucket.io/040wintergarten/kategorien/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wintergart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