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https://holzdach.bitbucket.io/1a-holzbauaachen/kategorien/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aache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