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https://holzdach.bitbucket.io/1a-holzbaudortmund/kategorien/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ortmund/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