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https://holzdach.bitbucket.io/1a-holzbaugelsenkirchen/kategorien/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gelsenkir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