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https://holzdach.bitbucket.io/1a-holzbaumoenchengladbach/kategorien/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moenchengladbach/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