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https://holzdach.bitbucket.io/1a-holzbaumuenchen/kategorien/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muenchen/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