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https://holzdach.bitbucket.io/dachgeschossausbaudortmund/kategorien/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dortmund/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