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https://holzdach.bitbucket.io/dachgeschossausbauduesseldorf/kategorien/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uesseldorf/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