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https://holzdach.bitbucket.io/dachgeschossausbauessen/kategorien/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ess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