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https://holzdach.bitbucket.io/dachgeschossausbauhamburg/kategorien/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hamburg/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