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https://holzdach.bitbucket.io/dachgeschossausbaukoeln/blog/treppenplanung-zugang-dachgeschoss-koeln/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dachgeschossausbaukoeln/blog/treppenplanung-zugang-dachgeschoss-koel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