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https://holzdach.bitbucket.io/dachkompass-nrw/kategorien/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mpass-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