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https://holzdach.bitbucket.io/dachkonzept-nrw/kategorien/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konzept-nrw/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