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https://holzdach.bitbucket.io/dachwerkberlin/kategorien/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werkberli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