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https://holzdach.bitbucket.io/dachwerkdortmund/kategorien/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dachwerkdortmund/katego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