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https://holzdach.bitbucket.io/dachwerkduesseldorf/kategorien/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werkduesseldorf/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