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https://holzdach.bitbucket.io/dachwerkmuenchen/kategorien/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muen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