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https://holzdach.bitbucket.io/holzcarportberlin/kategorien/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carport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