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https://holzdach.bitbucket.io/holzfassadeberlin/kategorien/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