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https://holzdach.bitbucket.io/holzfassadenbau-berlin/kategorien/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fassadenbau-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