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Holzarbeiten in der Mietwohnung: rückbaubar montieren und Stress bei der Übergabe vermeiden · Arbeitsblatt mit Checkliste</w:t>
      </w:r>
    </w:p>
    <w:p>
      <w:r>
        <w:t>Für die praktische Planung: Holzarbeiten in einer Mietwohnung müssen nicht dauerhaft verändern, was dem Vermieter gehört. Entscheidend ist, ob Befestigung, Eingriff in den Bestand und späterer Rückbau vorab durchdacht wurden. Der folgende Leitfaden zeigt, wie Paneele, Regale, Decken und Sockelleisten geplant, abgestimmt und dokumentiert werden können, damit bei der Rückgabe weniger Spuren und weniger Streitpunkte bleiben. Die konkrete Ausgestaltung hängt dabei immer von Material, Untergrund und der Vereinbarung mit der Vermieterseite ab.</w:t>
      </w:r>
    </w:p>
    <w:p>
      <w:pPr>
        <w:pStyle w:val="Heading1"/>
      </w:pPr>
      <w:r>
        <w:t>Rückbaubarkeit vor dem ersten Bohrhloch</w:t>
      </w:r>
    </w:p>
    <w:p>
      <w:r>
        <w:t>Bevor eine Holzarbeit beginnt, sollte feststehen, ob sie später ohne erhebliche Spuren wieder entfernt werden kann. Schraubbare Paneele, verschraubte Regale und freistehende Möbel greifen in den Bestand meist weniger ein als flächig verklebte Verkleidungen. Klemm- und Haklösungen können Bohrlöcher ganz vermeiden. Eine verklebte Platte lässt sich dagegen häufig nicht rückstandsfrei lösen; dabei können Putz, Klebereste oder die ursprüngliche Oberfläche beschädigt werden. Die gewünschte Optik allein ist deshalb keine ausreichende Grundlage für die Entscheidung. Wichtig sind zusätzlich die geänderte Fläche, die Befestigungsart, die spätere Wiederherstellung und eine klare schriftliche Abstimmung. Holzarbeiten mit deutlicher Veränderung des Raum- oder Wandbildes sollten auch bei rückbaubarer Konstruktion vorab besprochen werden.</w:t>
      </w:r>
    </w:p>
    <w:p>
      <w:pPr>
        <w:pStyle w:val="Heading1"/>
      </w:pPr>
      <w:r>
        <w:t>Wand, Decke und Boden nachvollziehbar planen</w:t>
      </w:r>
    </w:p>
    <w:p>
      <w:r>
        <w:t>An der Wand ist die Befestigung entscheidend. Bohrungen lassen sich nach dem Auszug schließen, während eine großflächige Klebefläche das gesamte Wandbild verändert. Unterkonstruktionen können die Last verteilen und die späteren Befestigungspunkte begrenzen. An der Decke müssen zusätzlich Raumhöhe, Leuchten, Leitungen und Revisionzugänge berücksichtigt werden. Eine zerlegbare Holzdecke sollte so geplant sein, dass einzelne Elemente für Kontrollen geöffnet und beim Rückbau in Teilen entfernt werden können. Am Boden und am Sockel drohen Schäden durch Verklebung, Montage von Passblenden oder unsachgemäße Anschlüsse. Sockelleisten und Elemente rund um Einbauten sollten daher verschraubt und mit passenden Abständen angepasst werden. Vor der Montage sind Maße, Bestand und alle geplanten Eingriffe zu prüfen.</w:t>
      </w:r>
    </w:p>
    <w:p>
      <w:pPr>
        <w:pStyle w:val="Heading1"/>
      </w:pPr>
      <w:r>
        <w:t>Zustimmung, Ausgangszustand und Material prüfen</w:t>
      </w:r>
    </w:p>
    <w:p>
      <w:r>
        <w:t>Vor der ersten Bohrung hilft eine schriftliche Anfrage an die Vermieterseite. Sie sollte Fläche,Montageart, Befestigung und das gewünschte Vorgehen beim Rückbau nennen. Fotos von Wand, Decke, Sockel und Boden dokumentieren den Ausgangszustand; eine einfache Skizze kann Positionen von Bohrungen, Latten und Anschlusspunkten festhalten. Bei Änderungen an Elektro oder Installationen sollte die Abstimmung mit einer Elektrofachkraft dokumentiert werden. Auch die Materialwahl ist relevant: Leichte Paneele können andere Befestigungen benötigen als schwere Regale oder Wandboards. Eine Unterkonstruktion muss zum Bauteil und zur vorgesehenen Nutzung passen. Die Angaben zum allgemeinen Ablauf bei Holzarbeiten und rückbaubar Montage bündelt Holzarbeiten in Hamburg.</w:t>
      </w:r>
    </w:p>
    <w:p>
      <w:pPr>
        <w:pStyle w:val="Heading1"/>
      </w:pPr>
      <w:r>
        <w:t>Während der Montage bleibt die Dokumentation wichtig</w:t>
      </w:r>
    </w:p>
    <w:p>
      <w:r>
        <w:t>Befestigungsmittel, Dübel und Schrauben sollten notiert werden, damit beim Rückbau passendes Werkzeug zur Verfügung steht. Bohrpunkte, Latten und Anschlüsse lassen sich in der Skizze ergänzen. Sichtbare Schäden an Putz, Fliesen oder Boden sind sofort zu fotografieren und zu melden, statt sie später unzugeordnet zu verursachen. Kleine Dübellöcher nach der Demontage zu schließen und sichtbare Spuren mit geeignetem Reparaturspachtel und Farbe zu angleichen, gehört zum Rückbau. Unterkonstruktionen müssen vollständig entfernt werden. Bei Decken und Wandflächen ist anschließend zu prüfen, ob neben den Befestigungspunkten weitere Spuren zurückbleiben. Das Prinzip des rückbaubaren Holzausbaus greift auch bei der Auswahl der Holz-Arbeiten und Planungsschritte der Hauptwebsite.</w:t>
      </w:r>
    </w:p>
    <w:p>
      <w:pPr>
        <w:pStyle w:val="Heading1"/>
      </w:pPr>
      <w:r>
        <w:t>Rückgabe mit gemeinsamem Protokoll</w:t>
      </w:r>
    </w:p>
    <w:p>
      <w:r>
        <w:t>Vor der Wohnungsrückgabe werden Schrauben und Dübel entfernt, Löcher geschlossen und die betroffenen Flächen wiederhergestellt. Unterkonstruktionen, Passblenden und Holzverkleidungen sind auf ihre vollständige Demontage zu prüfen. Böden, Sockelleisten und angrenzende Bauteile sollten nochmals kontrolliert und in einem gemeinsamen Übergabeprotokoll mit der Vermieterseite festgehalten werden. Dieses Vorgehen ersetzt keine individuelle rechtliche Beratung. Es schafft aber eine nachvollziehbare Grundlage: erkennbare Voraussetzungen, dokumentierte Montage, geregelter Rückbau und ein nachvollziehbarer Endzustand. Das ist besonders hilfreich, wenn Mieterinnen und Mieter in der Übergabe einen fairen Ausgang und keine zusätzlichen Konflikte wegen vermeidbarer Spuren anstreben.</w:t>
      </w:r>
    </w:p>
    <w:p>
      <w:pPr>
        <w:pStyle w:val="Heading1"/>
      </w:pPr>
      <w:r>
        <w:t>Weitere Dokumente zum Thema</w:t>
      </w:r>
    </w:p>
    <w:p>
      <w:hyperlink r:id="rId9">
        <w:r>
          <w:rPr>
            <w:color w:val="087E75"/>
          </w:rPr>
          <w:t>Holzarbeiten in der Mietwohnung: rückbaubar montieren und Stress bei der Übergabe vermeiden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innenausbauhamburg/holzarbeiten-mietwohnung-rueckbau-zustimmung-vermieter/" TargetMode="External"/><Relationship Id="rId10" Type="http://schemas.openxmlformats.org/officeDocument/2006/relationships/hyperlink" Target="https://holzdach.bitbucket.io/holzinnenausbauhamburg/dateien/minimax-197de20ad40ff472010b20b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