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https://holzdach.bitbucket.io/holzinnenausbaumuenchen/kategorien/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muench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