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https://holzdach.bitbucket.io/holzkompass-nrw/kategorien/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kompass-nrw/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