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Feuchteschutz im Treppenhaus: So schützen Sie Ihre Holztreppe vor Schimmel und Schwindrissen · Arbeitsblatt mit Checkliste</w:t>
      </w:r>
    </w:p>
    <w:p>
      <w:r>
        <w:t>Für die praktische Planung: Feuchtigkeit kann eine Holztreppe im Treppenhaus dauerhaft belasten: Holz quellt, schwindet und reißt, wenn Feuchtigkeit an Übergängen stehen bleibt oder Tauwasser entsteht. Besonders in mehrstöckigen Altbauten ist das Thema relevant, weil schlecht zirkulierende Luft und kalte Außenwände Feuchtigkeit begünstigen können. Der [Ratgeber zum Feuchteschutz im Treppenhaus](https://holzdach.bitbucket.io/holztreppe-berlin/feuchteschutz-holztreppe-treppenhaus/) zeigt, welche baulichen und organisatorischen Maßnahmen sinnvoll sind und wo eine fachliche Prüfung sinnvoll wird.</w:t>
      </w:r>
    </w:p>
    <w:p>
      <w:pPr>
        <w:pStyle w:val="Heading1"/>
      </w:pPr>
      <w:r>
        <w:t>Warum Treppenhäuser besonders feuchtigkeitsanfällig sind</w:t>
      </w:r>
    </w:p>
    <w:p>
      <w:r>
        <w:t>Ein Treppenhaus wird oft weniger beheizt als ein Wohnraum. Kühle Außenwände und wenig Luftbewegung können dazu führen, dass Feuchtigkeit an Wänden, Wangen und Setzstufen stehen bleibt. Für Holz ist das problematisch, weil es auf Feuchtigkeit mit Quellen und Schwinden reagiert. An Kontaktstellen zwischen Treppe und Mauerwerk können sich zudem Feuchtigkeit aus dem Untergrund oder Kondenswasser sammeln. Risse und Verformungen sind deshalb nicht automatisch ein reines Oberflächenproblem, sondern können auf ungünstige Bedingungen im Treppenhaus hinweisen.</w:t>
      </w:r>
    </w:p>
    <w:p>
      <w:pPr>
        <w:pStyle w:val="Heading1"/>
      </w:pPr>
      <w:r>
        <w:t>Luftzirkulation gezielt verbessern</w:t>
      </w:r>
    </w:p>
    <w:p>
      <w:r>
        <w:t>Stehende Luft begünstigt feuchte Bereiche. Kleine, dauerhafte Öffnungen in Trennwänden oder Türen können helfen, Luftfeuchtigkeit gleichmäßiger im Treppenhaus zu verteilen. Vorhandene Öffnungen sollten in Altbauten nicht einfach verschlossen werden. Gleichzeitig ist darauf zu achten, dass Gegenstände, Möbel oder Verkleidungen keine Zirkulationsbereiche an der Treppe blockieren. Die Maßnahme sollte dabei nicht nur auf ein einzelnes Lüftungsfenster ausgerichtet sein, sondern die gesamte Verbindung zwischen Etagen und Außenbereich berücksichtigen.</w:t>
      </w:r>
    </w:p>
    <w:p>
      <w:pPr>
        <w:pStyle w:val="Heading1"/>
      </w:pPr>
      <w:r>
        <w:t>Heizung und Anschlüsse richtig einordnen</w:t>
      </w:r>
    </w:p>
    <w:p>
      <w:r>
        <w:t>Eine Heizquelle im Treppenhaus gleicht Temperaturunterschiede zwischen Innen und Außen aus und kann die Bildung von Tauwasser an kalten Oberflächen reduzieren. Wichtig ist, dass die warme Luft auch die Anschlussbereiche der Holztreppe erreicht. Eine Heizung unter der Treppe kann punktuell Feuchtigkeit fernhalten, sofern ihre Wärme nicht durch Möbel oder Verkleidungen abgeschirmt wird. An den Übergängen zu Wand und Boden sollte außerdem der direkte Kontakt mit feuchten Oberflächen reduziert werden. Ein Abstandshalter zwischen Wand und Treppenwange sowie passende Leisten können sichtbare Anschlüsse gestalten und zugleich als Feuchtigkeitsbarriere dienen.</w:t>
      </w:r>
    </w:p>
    <w:p>
      <w:pPr>
        <w:pStyle w:val="Heading1"/>
      </w:pPr>
      <w:r>
        <w:t>Sichtkontrolle in regelmäßigen Abständen</w:t>
      </w:r>
    </w:p>
    <w:p>
      <w:r>
        <w:t>Eine kurze Kontrolle der Treppe hilft, Feuchtigkeit früh zu erkennen. Anschlussstellen zu Wänden und Boden sollten auf Verfärbungen geprüft werden. Wangen und Setzstufen gehören auf Risse oder Verformungen untersucht, während an benachbarten Flächen mögliche Stockflecken oder Schimmelspuren Beachtung finden. Auch die Luftwege rund um die Treppe sollten frei bleiben. Reinigung und Pflege können die Oberfläche unterstützen, ersetzen aber keine bauliche oder bauphysikalische Ursachenprüfung. Ergänzende Hinweise zur Auswahl und Nutzung von Holz im Innenraum finden sich in [Holz sinnvoll im Innenraum einsetzen](https://holzmeisternrw.pages.dev/holz-im-innenraum-sinnvoll-einsetzen/).</w:t>
      </w:r>
    </w:p>
    <w:p>
      <w:pPr>
        <w:pStyle w:val="Heading1"/>
      </w:pPr>
      <w:r>
        <w:t>Wann eine fachliche Beurteilung sinnvoll ist</w:t>
      </w:r>
    </w:p>
    <w:p>
      <w:r>
        <w:t>Wenn sich Verfärbungen nicht durch Reinigung entfernen lassen oder das Holz an Anschlüssen deutlich verformt, sollte die Situation genauer geprüft werden. Fachleute können einschätzen, ob Feuchtigkeit aus dem Untergrund aufsteigt, ob die Raumluftbedingungen ungünstig sind oder ob verdeckte Schäden vorliegen. Pflegemittel allein sind dann keine ausreichende Lösung, weil sie die Ursache nicht verändern. Wer eine neue Treppe plant, kann Feuchteschutz, Anschlussdetails, Heizungspositionierung und Luftwege bereits früh berücksichtigen und damit die Bedingungen für eine dauerhaft stabile Holztreppe verbessern.</w:t>
      </w:r>
    </w:p>
    <w:p>
      <w:pPr>
        <w:pStyle w:val="Heading1"/>
      </w:pPr>
      <w:r>
        <w:t>Weitere Dokumente zum Thema</w:t>
      </w:r>
    </w:p>
    <w:p>
      <w:hyperlink r:id="rId9">
        <w:r>
          <w:rPr>
            <w:color w:val="087E75"/>
          </w:rPr>
          <w:t>Feuchteschutz im Treppenhaus: So schützen Sie Ihre Holztreppe vor Schimmel und Schwindrissen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treppe-berlin/feuchteschutz-holztreppe-treppenhaus/" TargetMode="External"/><Relationship Id="rId10" Type="http://schemas.openxmlformats.org/officeDocument/2006/relationships/hyperlink" Target="https://holzdach.bitbucket.io/holztreppe-berlin/dateien/minimax-1b44b3c884b99a92fff2b87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