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https://holzdach.bitbucket.io/holztreppehamburg/kategorien/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holztreppehamburg/kategori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