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https://holzdach.bitbucket.io/holztreppemuenchen/gelaender-handlauf-holztreppe/</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treppemuenchen/gelaender-handlauf-holztrep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