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https://holzdach.bitbucket.io/holztreppemuenchen/kategorien/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reppemuenche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