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https://holzdach.bitbucket.io/holzverkleidungberlin/kategorien/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verkleidungberli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