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https://holzdach.bitbucket.io/holzwerkdortmund/kategorien/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werkdortmund/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