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https://holzdach.bitbucket.io/holzwerkhamburg/kategorien/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hamburg/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