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https://holzdach.bitbucket.io/holzwerkkoeln/kategorien/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werkkoeln/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