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Jahresrhythmus für die Holzpergola: vier Zeiträume, konkrete Handlungen · Arbeitsblatt mit Checkliste</w:t>
      </w:r>
    </w:p>
    <w:p>
      <w:r>
        <w:t>Für die praktische Planung: Holzpergolas im Freien sind das ganze Jahr über wechselnden Witterungsbedingungen ausgesetzt. Feuchtigkeit, Temperaturschwankungen und UV-Strahlung verändern das Material kontinuierlich. Wer die Pflege nicht dem Zufall überlässt, sondern systematisch plant, kann die Lebensdauer der Konstruktion deutlich verlängern und größere Reparaturen vermeiden. Die folgenden Abschnitte zeigen, wie sich die jahreszeitliche Pflege konkret umsetzen lässt.</w:t>
      </w:r>
    </w:p>
    <w:p>
      <w:pPr>
        <w:pStyle w:val="Heading1"/>
      </w:pPr>
      <w:r>
        <w:t>Frühjahrscheck: Bestandsaufnahme nach dem Winter</w:t>
      </w:r>
    </w:p>
    <w:p>
      <w:r>
        <w:t>Nach der kalten Jahreszeit zeigt sich deutlich, welchen Einfluss Frost, Schnee und Feuchtigkeit auf das Holz hatten. Die ersten warmen Tage bieten den idealen Zeitpunkt für eine gründliche Sichtprüfung. Dabei sollten die Stirnseiten der Balken auf Risse und Wasserflecken kontrolliert werden. Auch die Anschlüsse zwischen Pfosten und Querbalken verdienen besondere Aufmerksamkeit, da sich hier durch die winterliche Belastung Lockerungen zeigen können. Die Wasserableitung an Übergängen und Anschlüssen muss auf Funktionsfähigkeit geprüft werden. Wenn sich bei der Kontrolle Probleme herausstellen, ist jetzt der richtige Zeitpunkt für gezielte Nachbesserungen, bevor die warme Jahreszeit mit höherer Beanspruchung beginnt.</w:t>
      </w:r>
    </w:p>
    <w:p>
      <w:pPr>
        <w:pStyle w:val="Heading1"/>
      </w:pPr>
      <w:r>
        <w:t>Sommermonate: Beobachtung unter Nutzung</w:t>
      </w:r>
    </w:p>
    <w:p>
      <w:r>
        <w:t>Im Sommer zeigt sich, wie die Pergola auf Regen, Sonne und natürlichen Bewuchs reagiert. Die Sommermonate eignen sich besonders für die Beobachtung des Feuchteverhaltens. Wichtige Fragen lauten: Trocknet das Holz nach Regen zügig ab? Bilden sich Wasseransammlungen an waagerechten Flächen? Wer Kletterpflanzen eingeplant hat, sollte prüfen, ob diese ausreichend Luftzirkulation zulassen. Eine dicht bewachsene Konstruktion stellt andere Anforderungen an die regelmäßige Kontrolle als ein frei stehendes Gerüst. Die Pergola muss auch hinter dem Grün erreichbar bleiben, um alle Bereiche begutachten zu können.</w:t>
      </w:r>
    </w:p>
    <w:p>
      <w:pPr>
        <w:pStyle w:val="Heading1"/>
      </w:pPr>
      <w:r>
        <w:t>Herbstarbeiten: Reinigung und Vorbereitung</w:t>
      </w:r>
    </w:p>
    <w:p>
      <w:r>
        <w:t>Der Herbst dient der Vorbereitung auf die kalte Jahreszeit. Laub und Feuchtigkeit setzen dem Holz besonders zu, wenn sie nicht regelmäßig entfernt werden. Zu den wichtigsten Herbstaktionen gehören das Entfernen von Laub und Schmutz aus allen Oberflächen und Anschlüssen sowie das Freihalten der Wasserablaufrinnen. Eine gründliche Oberflächenreinigung kann notwendig sein, bevor im zeitigen Herbst eine Nachbehandlung mit Pflegemitteln oder Farbe eingeplant wird. Wer eine farbige Oberfläche wünscht, sollte die Herbstmonate nutzen, um rechtzeitig vor dem Winter die richtigen Maßnahmen umzusetzen.</w:t>
      </w:r>
    </w:p>
    <w:p>
      <w:pPr>
        <w:pStyle w:val="Heading1"/>
      </w:pPr>
      <w:r>
        <w:t>Spätwinterkontrolle bei Bedarf</w:t>
      </w:r>
    </w:p>
    <w:p>
      <w:r>
        <w:t>Bei besonders kalten Wintern mit starkem Frost oder nach außergewöhnlichen Schneefällen empfiehlt sich eine kurze Kontrolle im Spätwinter. Diese Sichtprüfung dient dazu, frühzeitig Schäden zu bemerken, die sich aus der winterlichen Belastung ergeben haben. Geprüft werden sollten mögliche Risse, die sich über den Winter gebildet haben, sowie der Zustand der Pfostenträger auf Korrosion oder Verschiebung. Dieser Zeitraum lässt sich bei günstigen Bedingungen mit dem Frühjahrscheck zusammenfassen. Entscheidend ist, dass die Begutachtung sicher durchführbar ist.</w:t>
      </w:r>
    </w:p>
    <w:p>
      <w:pPr>
        <w:pStyle w:val="Heading1"/>
      </w:pPr>
      <w:r>
        <w:t>Zustandsorientierte Pflege statt starrer Zeitpläne</w:t>
      </w:r>
    </w:p>
    <w:p>
      <w:r>
        <w:t>Die vier Zeiträume geben eine nützliche Orientierung, ersetzen aber nicht die Beurteilung des tatsächlichen Zustands. Anschlüsse, Stirnseiten und waagerechte Flächen benötigen das ganze Jahr über Aufmerksamkeit. Eine Pergola unter einem Dachvorsprung zeigt ein anderes Feuchteverhalten als eine frei stehende Konstruktion, was sich auch auf die Pflegeintervalle auswirkt. Wer die regelmäßige Beobachtung in den jahreszeitlichen Rhythmus einordnet und die Holzart berücksichtigt, kann Schutzmaßnahmen rechtzeitig planen und die Konstruktion langfristig in gutem Zustand halten.</w:t>
      </w:r>
    </w:p>
    <w:p>
      <w:pPr>
        <w:pStyle w:val="Heading1"/>
      </w:pPr>
      <w:r>
        <w:t>Weitere Dokumente zum Thema</w:t>
      </w:r>
    </w:p>
    <w:p>
      <w:hyperlink r:id="rId9">
        <w:r>
          <w:rPr>
            <w:color w:val="087E75"/>
          </w:rPr>
          <w:t>Jahresrhythmus für die Holzpergola: vier Zeiträume, konkrete Handlungen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pergolaberlin/saisonaler-pflegeplan-holzpergola/" TargetMode="External"/><Relationship Id="rId10" Type="http://schemas.openxmlformats.org/officeDocument/2006/relationships/hyperlink" Target="https://holzdach.bitbucket.io/pergolaberlin/dateien/minimax-0e8980a784425b04663712db/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