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https://holzdach.bitbucket.io/spreedachausbau/kategorien/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dachausbau/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