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https://holzdach.bitbucket.io/spreeholzbau/kategorien/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holzbau/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