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https://holzdach.bitbucket.io/spreeholzterrasse/kategorien/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spreeholzterrasse/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