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Pflegeplan für die Holzpergola: Saisonale Arbeiten über das ganze Jahr · Arbeitsblatt mit Checkliste</w:t>
      </w:r>
    </w:p>
    <w:p>
      <w:r>
        <w:t>Für die praktische Planung: Ein saisonaler Pflegeplan hilft, eine Holzpergola nicht erst bei sichtbaren Schäden zu behandeln, sondern ihre Kontrolle, Reinigung und Holzpflege über das ganze Jahr zu organisieren. Er beantwortet die Frage, welche Arbeiten wann anstehen und worauf bei Kontrollen besonders zu achten ist. Dabei bleibt die regelmäßige Sichtprüfung ebenso wichtig wie die rechtzeitige Entfernung von Feuchtigkeit und Bewuchs. Die folgenden Monatsschritte lassen sich als übersichtlicher Jahresplan nutzen und an die vorhandene Konstruktion anpassen.</w:t>
      </w:r>
    </w:p>
    <w:p>
      <w:pPr>
        <w:pStyle w:val="Heading1"/>
      </w:pPr>
      <w:r>
        <w:t>Warum ein Pflegeplan die Holzpergola entlastet</w:t>
      </w:r>
    </w:p>
    <w:p>
      <w:r>
        <w:t>Holzpergolen stehen dauerhaft unter Einflüssen von Feuchtigkeit, Sonne, Wind und Temperaturschwankungen. Ein Pflegeplan verteilt die erforderlichen Arbeiten auf das ganze Jahr, damit Schäden früh erkannt und einzelne Oberflächen regelmäßig überprüft werden können. Wichtig ist mehr als einzelne Behandlungsmaßnahmen: Pfosten, Querbalken, Verbindungen und Befestigungspunkte gehören ebenfalls in die Kontrolle. Zudem sollte von Anfang an feststehen, welche Flächen zugänglich bleiben. Ein dichter Bewuchs darf Prüfungen nicht unmöglich machen. Zusätzliche Belastungen durch Pflanzen oder eine improvisierte Nutzung als Klettergerät gehören nicht zum vorgesehenen Pflegeumfang. Die Grundlagen für eine passende Ausführung und einen durchdachten Pflegeablauf erklärt der Beitrag, wie man eine Holzpergola planen sollte.</w:t>
      </w:r>
    </w:p>
    <w:p>
      <w:pPr>
        <w:pStyle w:val="Heading1"/>
      </w:pPr>
      <w:r>
        <w:t>Frühjahr: Schäden erkennen und Grundlage schaffen</w:t>
      </w:r>
    </w:p>
    <w:p>
      <w:r>
        <w:t>Im März steht nach dem Winter eine umfassende Sichtprüfung an. Pfosten, Querbalken und Verbindungen werden auf Risse, Verschiebungen oder Lockerungen kontrolliert. Feuchtigkeits- oder Schneeschäden sollten dokumentiert werden, damit ihr Verlauf nachvollziehbar bleibt. Im April folgt die erste Reinigung: Laub, Moos und Schmutz werden von den Holzoberflächen und aus Ritzen entfernt. Diese Arbeit schafft zugleich bessere Voraussetzungen für die weitere Kontrolle. Beim Bewuchs ist die Triebkraft der Pflanzen zu prüfen und das Ranksystem bei Bedarf anzupassen. Im Mai werden die Holzoberflächen erneut angesehen. Abgewitterte oder verschlossene Stellen können markiert werden, damit die erforderliche Nachbehandlung rechtzeitig für die Sommermonate eingeplant wird.</w:t>
      </w:r>
    </w:p>
    <w:p>
      <w:pPr>
        <w:pStyle w:val="Heading1"/>
      </w:pPr>
      <w:r>
        <w:t>Sommer: Holzschutz und Befestigungen prüfen</w:t>
      </w:r>
    </w:p>
    <w:p>
      <w:r>
        <w:t>Im Juni kann eine Holzschutzbehandlung bei trockener Witterung durchgeführt werden. Dabei ist zu beachten, dass nicht jede Maßnahme für jedes Holz gleich geeignet ist. Weitere Hinweise zu Systemen und ihrer Anwendung auf unbehandeltem oder vorbehandeltem Holz bietet die Übersicht zum Planen einer Holzpergola. Im Juli werden Pfostenanker und Befestigungspunkte kontrolliert. Bei angebauten Pergolen gehört außerdem der Wandanschluss in den Blick, da dort Feuchtigkeitsspuren auftreten können. Im August lassen sich stark wachsende Kletterpflanzen zurückschneiden. Dadurch kann die Last auf dem Gerüst reguliert und die Zugänglichkeit wichtiger Bauteile verbessert werden. Rückschnitt und Kontrolle sollten so abgestimmt sein, dass die Konstruktion nicht übermäßig belastet wird.</w:t>
      </w:r>
    </w:p>
    <w:p>
      <w:pPr>
        <w:pStyle w:val="Heading1"/>
      </w:pPr>
      <w:r>
        <w:t>Herbst: Feuchtigkeit entfernen und Winterfestigkeit vorbereiten</w:t>
      </w:r>
    </w:p>
    <w:p>
      <w:r>
        <w:t>Im September erfolgt eine zweite Kontrolle der Holzoberflächen. Herbstlaub sollte regelmäßig entfernt werden, damit sich keine Feuchtigkeitsnester bilden und Wasser schneller ablaufen kann. Im Oktober werden Beschädigungen durch Sommerstürme aufgenommen. Kleinere Ausbesserungen können vor dem Winter abgeschlossen werden, sofern die betroffenen Stellen und Materialien sachgerecht beurteilt und behandelt werden. Im November sind eine abschließende Reinigung und die letzte Sichtprüfung vor der kalten Jahreszeit sinnvoll. Bei starkem Bewuchs ist ein Rückschnitt vorgesehen, damit die Konstruktion nicht unter einer ungeeigneten Schneelast leidet. Der Pflegeplan für die Holzpergola fasst diese jahreszeitlichen Schritte übersichtlich zusammen und unterstützt dabei, feste Kontrolltermine in den Alltag einzuordnen.</w:t>
      </w:r>
    </w:p>
    <w:p>
      <w:pPr>
        <w:pStyle w:val="Heading1"/>
      </w:pPr>
      <w:r>
        <w:t>Winter und jährliche Grundsätze</w:t>
      </w:r>
    </w:p>
    <w:p>
      <w:r>
        <w:t>Von Dezember bis Februar ist die aktive Pflege geringer, dennoch bleiben einzelne Kontrollen wichtig. Nach starkem Schneefall kann eine übermäßige Last vorsichtig entfernt werden. Bei Temperaturschwankungen ist auf Eisbildung an Kontaktstellen zu achten. Neben diesem saisonalen Ablauf gelten drei dauerhafte Grundsätze: Wasser benötigt Ablaufwege, Holzoberflächen und Verbindungen müssen kontrollierbar bleiben, und Behandlungen sollten passend zur jeweiligen Holzart und zur vorliegenden Witterung gewählt werden. Ein Pflegeplan ersetzt keine fachliche Beurteilung erheblicher Schäden. Er hilft jedoch, Entscheidungen vorzubereiten, Zustände regelmäßig zu prüfen und die nächsten Maßnahmen zu planen. So wird die saisonale Pflege zu einem nachvollziehbaren Prozess statt zu einer Reihe unverbundener Einzelaufgaben.</w:t>
      </w:r>
    </w:p>
    <w:p>
      <w:pPr>
        <w:pStyle w:val="Heading1"/>
      </w:pPr>
      <w:r>
        <w:t>Weitere Dokumente zum Thema</w:t>
      </w:r>
    </w:p>
    <w:p>
      <w:hyperlink r:id="rId9">
        <w:r>
          <w:rPr>
            <w:color w:val="087E75"/>
          </w:rPr>
          <w:t>Pflegeplan für die Holzpergola: Saisonale Arbeiten über das ganze Jahr</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pergola/holzpergola-pflegeplan-saisonale-arbeiten/" TargetMode="External"/><Relationship Id="rId10" Type="http://schemas.openxmlformats.org/officeDocument/2006/relationships/hyperlink" Target="https://holzdach.bitbucket.io/spreepergola/dateien/minimax-dd6e7861cffcbf0caed8ee6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