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https://holzdach.bitbucket.io/spreepergola/kategorien/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pergola/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