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https://holzdach.bitbucket.io/spreeterrassendach/kategorien/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spreeterrassendach/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