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Dachanschluss am Wintergarten: Worauf es bei der Schnittstelle zum Hausdach ankommt · Arbeitsblatt mit Checkliste</w:t>
      </w:r>
    </w:p>
    <w:p>
      <w:r>
        <w:t>Für die praktische Planung: Die Anschlussstelle zwischen Wintergarten und Hausdach zählt zu den am häufigsten unterschätzten Planungsbereichen. Anders als bei Neubauten, bei denen alle Bauteile aufeinander abgestimmt geplant werden, trifft beim Anbau eines Wintergartens ein neues Bauteil auf eine bestehende Konstruktion. Diese Schnittstelle muss dauerhaft abdichten, wärmetechnisch funktionieren und gleichzeitig die Lasten sicher abtragen. Wer die Anschlussplanung unterschätzt, riskiert Undichtigkeiten, Schimmelbildung und hohe Nachbesserungskosten.</w:t>
      </w:r>
    </w:p>
    <w:p>
      <w:pPr>
        <w:pStyle w:val="Heading1"/>
      </w:pPr>
      <w:r>
        <w:t>Warum der Dachanschluss kritisch ist</w:t>
      </w:r>
    </w:p>
    <w:p>
      <w:r>
        <w:t>An der Grenze zwischen Wintergartendach und bestehender Hausdachfläche treffen unterschiedliche Konstruktionsprinzipien aufeinander. Das Hausdach wurde für eine bestimmte Lastkonfiguration und Dämmebene ausgelegt, der Wintergarten bringt eigene Statik- und Dämmwerte mit. Der Übergangsbereich muss diese Unterschiede überbrücken, ohne dass Wärmebrücken entstehen oder Wasser eindringen kann. Besonders anfällig sind die Anschlusslinie an der Dachkehle, der Übergang an der Traufe sowie die Stelle, an der eine Dämmebene auf die andere trifft. Auch Durchdringungen für Dachfenster oder Gauben erfordern besondere Aufmerksamkeit bei der Planung.</w:t>
      </w:r>
    </w:p>
    <w:p>
      <w:pPr>
        <w:pStyle w:val="Heading1"/>
      </w:pPr>
      <w:r>
        <w:t>Materialien für eine dauerhaft dichte Anschlussstelle</w:t>
      </w:r>
    </w:p>
    <w:p>
      <w:r>
        <w:t>Für den Dachanschluss stehen verschiedene Systeme zur Verfügung, die jeweils für bestimmte Situationen geeignet sind. Anschlussprofile aus Aluminium oder Edelstahl bieten eine langlebige mechanische Verbindung und können mit Dichtbändern kombiniert werden. Spezielle Anschlussbahnen und Folien eignen sich besonders für den Übergang an die Dachdämmung und ermöglichen eine flexible Anpassung an Unebenheiten. Dichtmasse auf Polymer- oder Silikonbasis werden häufig für kleinere Fugen eingesetzt, erfordern jedoch regelmäßige Kontrolle und Erneuerung. Die Wahl des Materials hängt von der vorhandenen Dachkonstruktion, der Neigung und den örtlichen Bedingungen ab. Ein einzelnes Produkt allein löst die Anschlussproblematik nicht; entscheidend ist die abgestimmte Planung beider Konstruktionen.</w:t>
      </w:r>
    </w:p>
    <w:p>
      <w:pPr>
        <w:pStyle w:val="Heading1"/>
      </w:pPr>
      <w:r>
        <w:t>Qualitätsmerkmale bei der Ausführung prüfen</w:t>
      </w:r>
    </w:p>
    <w:p>
      <w:r>
        <w:t>Eine fachgerechte Ausführung erkennen Sie an mehreren Merkmalen. Die Anschlusslinie sollte ohne Unterbrechungen verlaufen und keine Kabel, Rohre oder andere Durchdringungen ungesichert kreuzen. An der Traufe muss das Regenwasser gezielt abgeleitet werden – entweder in eine bestehende Dachrinne, eine separate Fallleitung oder eine festgelegte Fläche. Die Dämmung im Anschlussbereich sollte ohne Hohlräume ausgeführt sein, da sonst Kondensat entstehen kann. Prüfen Sie vor der Abnahme, ob alle Anschlüsse von innen und außen zugänglich und kontrollierbar sind. Ein guter Fachbetrieb dokumentiert die ausgeführten Anschlusspunkte und übergibt diese Informationen zusammen mit Pflegehinweisen.</w:t>
      </w:r>
    </w:p>
    <w:p>
      <w:pPr>
        <w:pStyle w:val="Heading1"/>
      </w:pPr>
      <w:r>
        <w:t>Verantwortlichkeiten vor der Vergabe klären</w:t>
      </w:r>
    </w:p>
    <w:p>
      <w:r>
        <w:t>Wenn Wintergarten und bestehendes Dach von unterschiedlichen Betrieben geplant werden, entsteht häufig eine Lücke in der Gesamtverantwortung. Der Wintergartenanbieter liefert möglicherweise ein Anschlussprofil, ohne die Situation des Hausdachs im Detail zu kennen. Der Dachdecker arbeitet am Bestand, ohne die exakte Anschlussgeometrie des Wintergartens zu kennen. Vor der Vergabe sollte eindeutig feststehen, welcher Betrieb die Anschlussplanung erstellt und ausführt. Idealerweise übernimmt ein Betrieb die Planung beider Schnittstellen und ein zweiter führt sie aus – mit einer gemeinsamen Abnahme. So lassen sich Mängel nicht zwischen zwei Gewerken verschieben.</w:t>
      </w:r>
    </w:p>
    <w:p>
      <w:pPr>
        <w:pStyle w:val="Heading1"/>
      </w:pPr>
      <w:r>
        <w:t>Wartung und langfristige Pflege einplanen</w:t>
      </w:r>
    </w:p>
    <w:p>
      <w:r>
        <w:t>Auch bei fachgerechter Ausführung erfordert der Dachanschluss regelmäßige Kontrolle. Mindestens einmal jährlich, idealerweise im Frühjahr und Herbst, sollten Sie die Anschlussstelle auf sichtbare Schäden, lockere Stellen oder Verschleißspuren prüfen. Laub, Moos und andere Ablagerungen können die Dichtigkeit beeinträchtigen und sollten entfernt werden. Achten Sie besonders nach starken Regenfällen oder Stürmen auf mögliche Undichtigkeiten im Innenbereich. Eine rechtzeitig erkannte geringfügige Beanstandung lässt sich deutlich einfacher und kostengünstiger beheben als ein fortgeschrittener Wasserschaden. Klären Sie bereits bei der Planung, wie die Wartung langfristig sichergestellt wird und welcher Betrieb für Nachbesserungen zur Verfügung steht.</w:t>
      </w:r>
    </w:p>
    <w:p>
      <w:pPr>
        <w:pStyle w:val="Heading1"/>
      </w:pPr>
      <w:r>
        <w:t>Weitere Dokumente zum Thema</w:t>
      </w:r>
    </w:p>
    <w:p>
      <w:hyperlink r:id="rId9">
        <w:r>
          <w:rPr>
            <w:color w:val="087E75"/>
          </w:rPr>
          <w:t>Dachanschluss am Wintergarten: Worauf es bei der Schnittstelle zum Hausdach ankommt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wintergartenduesseldorf/dachanschluss-wintergarten-hausdach-schnittstelle/" TargetMode="External"/><Relationship Id="rId10" Type="http://schemas.openxmlformats.org/officeDocument/2006/relationships/hyperlink" Target="https://holzdach.bitbucket.io/wintergartenduesseldorf/dateien/minimax-c88266c18fcb2ded2592748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