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https://holzdach.bitbucket.io/wintergartenduesseldorf/kategorien/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duesseldorf/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